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32"/>
        </w:rPr>
        <w:t>KlangART  Hilbeck     nur für interne Proben</w:t>
      </w:r>
    </w:p>
    <w:p/>
    <w:p>
      <w:pPr>
        <w:pStyle w:val="Heading2"/>
      </w:pPr>
      <w:r>
        <w:rPr>
          <w:sz w:val="28"/>
        </w:rPr>
        <w:t>Stimme (S / A)</w:t>
      </w:r>
    </w:p>
    <w:p/>
    <w:p>
      <w:pPr>
        <w:pStyle w:val="Heading3"/>
      </w:pPr>
      <w:r>
        <w:t>1. Strophe</w:t>
      </w:r>
    </w:p>
    <w:p>
      <w:r>
        <w:rPr>
          <w:rFonts w:ascii="Arial" w:hAnsi="Arial"/>
          <w:sz w:val="22"/>
        </w:rPr>
        <w:t>Du_ du | du_  |  | Du_ du | du_  | Du_ du | du_  | Du_ du | du_  |  |  ||:  | an gu-ten Ta gen | gibt es nur hier und jetzt, |  ||:  | schau ich nicht links und rechts, | viel-leicht_ nach vorn,_ doch nie_ zu rück. | an gu ten Ta_ gen | ist un-ser La-chen echt |  | mer ist. | Du_____ du | du_  | Du_ du | du_  |  | Du_______ du | du_  | Du_ du | du_  |  | An gu-ten Ta-gen pumpt das Herz wie frisch ver-liebt, | Zeit wird wert-vol-ler, je we-ni-ger es gibt. | Du_ du | au__  |  :||  |  :||  | Und weil ich weiß, dass mei-ne Son-ne ih-re Pau-sen braucht | und sich dann ir-gend-wo ver | steckt | mach ich ’n Fo-to, denn das Licht ist grad so_ schön, |  | da-mit ich auch an schwarzen Ta-gen | die hel-Ien nicht ver-gess. |  |  ||:  |  :||  | an gu ten Ta gen |  ||:  :||  | gibt es nur hier und jetzt, | schau ich nicht inks und rechts, | viel-leicht_ nach vorn,_ doch nie_ zu rück. |  | an gu ten Ta gen | ist un-ser La-chen echt |  | und al-le Fra-gen weg, | auch wenn’s nur | jetzt, auch wenn’s nur | auch wenn’s nur jetzt_ und nicht_ für im-mer ist. |</w:t>
      </w:r>
    </w:p>
    <w:p/>
    <w:p>
      <w:pPr>
        <w:pStyle w:val="Heading3"/>
      </w:pPr>
      <w:r>
        <w:t>2. Strophe</w:t>
      </w:r>
    </w:p>
    <w:p>
      <w:r>
        <w:rPr>
          <w:rFonts w:ascii="Arial" w:hAnsi="Arial"/>
          <w:sz w:val="22"/>
        </w:rPr>
        <w:t>und al-le Fra-gen weg, | auch wenn’s nur jetzt_ und nicht-für im- |  |  |  |  |  :||  |  :||  |  |  |  |  ||:  |  :||  |  ||:  :||  |  |  |  |  |</w:t>
      </w:r>
    </w:p>
    <w:p/>
    <w:p/>
    <w:p>
      <w:pPr>
        <w:pStyle w:val="Heading2"/>
      </w:pPr>
      <w:r>
        <w:rPr>
          <w:sz w:val="28"/>
        </w:rPr>
        <w:t>Stimme (Bariton)</w:t>
      </w:r>
    </w:p>
    <w:p/>
    <w:p>
      <w:pPr>
        <w:pStyle w:val="Heading3"/>
      </w:pPr>
      <w:r>
        <w:t>1. Strophe</w:t>
      </w:r>
    </w:p>
    <w:p>
      <w:r>
        <w:rPr>
          <w:rFonts w:ascii="Arial" w:hAnsi="Arial"/>
          <w:sz w:val="22"/>
        </w:rPr>
        <w:t>An gu-ten Ta-gen leuch-tet al-les so schön hell, | und mei-ne Uhr tickt nicht so_ schnell. | Trotz ges-tern a-bend bin ich wach und ziem-lich klar, |  | mag selbst den Typ im Spie-gel da. | An gu-ten Ta-gen steh ich ein-fach nie im Stau, |  | und mei-ne Zwei-fel ma-chen_ blau. | Der Wind ist warm und hat sich end-lich mal ge-dreht, | und viel-leicht | läufst du mir ü-bern Weg. |  ||:  | an gu-ten Ta gen | gibt es nur hier und jetzt, |  | schau ich nicht links und rechts, | viel-leicht_ nach vorn,_ doch nie_ zu rück. | an gu ten Ta_ gen | ist un-ser La-chen echt | mer ist. | An gu-ten Ta-gen strahl’n die Stra-ßen nur für uns, | grau-er Be-ton wird plötz-lich bunt. |  | Die bes-te Bar rollt uns den ro-ten Teppich aus, | ey, ges-tern flo-gen wir noch raus. |  | An gu-ten Ta-gen pumpt das Herz. wie frisch ver-liebt, | Zeit wird wert-vol-Ier, je we-ni-ger es gibt. |  | Doch um-so schöner ist’s mit euch in meinen Arm’n, | hun-dert Le-ben | an ei-nem_ Tag. |  :|| Ha_  | ha,_  | steckt mach ich ’n Fo-to, denn das Licht ist grad so_ schön, |  | da-mit ich auch an schwarzen Ta-gen | die hel-len nicht ver-gess. |  ||:  |  :||  | an gu ten Ta gen |  | gibt es nur hier und jetzt, | schau ich nicht links und. rechts, | viel-leicht_ nach vorn,_ doch nie_ zu rück. |  | an gu ten Ta gen | ist un-ser La-chen echt |  | und al-le Fra-gen weg, | auch-wenns´s nur jetzt, | auch wenn´s nur jetzt, | auch wenn’s nur jetzt_ und nicht. für im-mer ist. |</w:t>
      </w:r>
    </w:p>
    <w:p/>
    <w:p>
      <w:pPr>
        <w:pStyle w:val="Heading3"/>
      </w:pPr>
      <w:r>
        <w:t>2. Strophe</w:t>
      </w:r>
    </w:p>
    <w:p>
      <w:r>
        <w:rPr>
          <w:rFonts w:ascii="Arial" w:hAnsi="Arial"/>
          <w:sz w:val="22"/>
        </w:rPr>
        <w:t>und al-le Fra-gen weg, | auch wenn’s nur jezt_ und nicht_ für im- |  |  |  |  |  :||  |  |  |  ||:  |  :||  |  |  |  |  |  |</w:t>
      </w:r>
    </w:p>
    <w:p/>
    <w:p/>
    <w:p/>
    <w:p>
      <w:pPr>
        <w:pStyle w:val="Heading3"/>
      </w:pPr>
      <w:r>
        <w:t>Legende:</w:t>
      </w:r>
    </w:p>
    <w:p>
      <w:r>
        <w:t xml:space="preserve">  -  = Silbentrennung (hyphen) / Melisma</w:t>
      </w:r>
    </w:p>
    <w:p>
      <w:r>
        <w:t xml:space="preserve">  _  = Haltelinie (extender)</w:t>
      </w:r>
    </w:p>
    <w:p>
      <w:r>
        <w:t xml:space="preserve">  |  = Pause</w:t>
      </w:r>
    </w:p>
    <w:p>
      <w:r>
        <w:t xml:space="preserve">  ||:  = Wiederholung Anfang</w:t>
      </w:r>
    </w:p>
    <w:p>
      <w:r>
        <w:t xml:space="preserve">  :||  = Wiederholung Ende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